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Rise of the Queen Phoenix</w:t>
      </w:r>
    </w:p>
    <w:p>
      <w:pPr>
        <w:pStyle w:val="Subtitle"/>
      </w:pPr>
      <w:r>
        <w:t>Podcast guest intake form</w:t>
      </w:r>
    </w:p>
    <w:p>
      <w:r>
        <w:t>Thank you for saying yes to this conversation. This form helps me prepare for our recording and understand the story, ideas, and experiences you would like to share.</w:t>
      </w:r>
    </w:p>
    <w:p>
      <w:r>
        <w:t>Rise of the Queen Phoenix explores identity, midlife transformation, and rebuilding a life that feels like your own. Whether your work focuses on relationships, creativity, business, wellbeing, or another area, I would love to understand how your perspective can help our listeners.</w:t>
      </w:r>
    </w:p>
    <w:p>
      <w:r>
        <w:t>Please complete the essential contact and introduction details. The deeper questions are optional: answer in your own words, at whatever level feels comfortable. You can skip any question.</w:t>
      </w:r>
    </w:p>
    <w:p>
      <w:r>
        <w:t>Your responses are for interview preparation and will not be published as a completed form. They may guide questions I ask during the recorded conversation. Please identify anything you want kept off air.</w:t>
      </w:r>
    </w:p>
    <w:p>
      <w:pPr>
        <w:pStyle w:val="Heading1"/>
      </w:pPr>
      <w:r>
        <w:t>Guest details</w:t>
      </w:r>
    </w:p>
    <w:p>
      <w:pPr>
        <w:pStyle w:val="Heading2"/>
      </w:pPr>
      <w:r>
        <w:t>1. Full name and preferred name pronunciation</w:t>
      </w:r>
    </w:p>
    <w:p>
      <w:r>
        <w:t>________________________________________________________________________</w:t>
      </w:r>
    </w:p>
    <w:p>
      <w:pPr>
        <w:pStyle w:val="Heading2"/>
      </w:pPr>
      <w:r>
        <w:t>2. Business or project name and your role</w:t>
      </w:r>
    </w:p>
    <w:p>
      <w:r>
        <w:rPr>
          <w:i/>
          <w:sz w:val="20"/>
        </w:rPr>
        <w:t>If this does not apply, tell me how you describe your work.</w:t>
      </w:r>
    </w:p>
    <w:p>
      <w:r>
        <w:t>________________________________________________________________________</w:t>
      </w:r>
    </w:p>
    <w:p>
      <w:pPr>
        <w:pStyle w:val="Heading2"/>
      </w:pPr>
      <w:r>
        <w:t>3. Email address</w:t>
      </w:r>
    </w:p>
    <w:p>
      <w:r>
        <w:t>________________________________________________________________________</w:t>
      </w:r>
    </w:p>
    <w:p>
      <w:pPr>
        <w:pStyle w:val="Heading2"/>
      </w:pPr>
      <w:r>
        <w:t>4. Assistant or booking email if applicable</w:t>
      </w:r>
    </w:p>
    <w:p>
      <w:r>
        <w:t>________________________________________________________________________</w:t>
      </w:r>
    </w:p>
    <w:p>
      <w:pPr>
        <w:pStyle w:val="Heading2"/>
      </w:pPr>
      <w:r>
        <w:t>5. Website</w:t>
      </w:r>
    </w:p>
    <w:p>
      <w:r>
        <w:t>________________________________________________________________________</w:t>
      </w:r>
    </w:p>
    <w:p>
      <w:pPr>
        <w:pStyle w:val="Heading2"/>
      </w:pPr>
      <w:r>
        <w:t>6. Instagram LinkedIn and other social links</w:t>
      </w:r>
    </w:p>
    <w:p>
      <w:r>
        <w:t>________________________________________________________________________</w:t>
      </w:r>
    </w:p>
    <w:p>
      <w:pPr>
        <w:pStyle w:val="Heading2"/>
      </w:pPr>
      <w:r>
        <w:t>7. Podcast or show name if applicable</w:t>
      </w:r>
    </w:p>
    <w:p>
      <w:r>
        <w:t>________________________________________________________________________</w:t>
      </w:r>
    </w:p>
    <w:p>
      <w:r>
        <w:br w:type="page"/>
      </w:r>
    </w:p>
    <w:p>
      <w:pPr>
        <w:pStyle w:val="Heading1"/>
      </w:pPr>
      <w:r>
        <w:t>Your introduction and episode</w:t>
      </w:r>
    </w:p>
    <w:p>
      <w:pPr>
        <w:pStyle w:val="Heading2"/>
      </w:pPr>
      <w:r>
        <w:t>8. How would you like me to introduce you?</w:t>
      </w:r>
    </w:p>
    <w:p>
      <w:r>
        <w:rPr>
          <w:i/>
          <w:sz w:val="20"/>
        </w:rPr>
        <w:t>Please provide a short biography of two or three sentences.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pPr>
        <w:pStyle w:val="Heading2"/>
      </w:pPr>
      <w:r>
        <w:t>9. Is anything off limits sensitive or important for me to know?</w:t>
      </w:r>
    </w:p>
    <w:p>
      <w:r>
        <w:rPr>
          <w:i/>
          <w:sz w:val="20"/>
        </w:rPr>
        <w:t>Include topics to avoid, information to keep off air, or accessibility and recording needs.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pPr>
        <w:pStyle w:val="Heading2"/>
      </w:pPr>
      <w:r>
        <w:t>10. What are you currently creating launching or promoting?</w:t>
      </w:r>
    </w:p>
    <w:p>
      <w:r>
        <w:rPr>
          <w:i/>
          <w:sz w:val="20"/>
        </w:rPr>
        <w:t>Share the book, business, app, event, or resource you would like listeners to know about, plus the exact link.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pPr>
        <w:pStyle w:val="Heading2"/>
      </w:pPr>
      <w:r>
        <w:t>11. Where can I find your headshot and biography?</w:t>
      </w:r>
    </w:p>
    <w:p>
      <w:r>
        <w:rPr>
          <w:i/>
          <w:sz w:val="20"/>
        </w:rPr>
        <w:t>Provide an accessible link or attach the files when you return this form.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pPr>
        <w:pStyle w:val="Heading1"/>
      </w:pPr>
      <w:r>
        <w:t>Before we talk</w:t>
      </w:r>
    </w:p>
    <w:p>
      <w:r>
        <w:t>The questions on the next page help me prepare a thoughtful conversation. Brief answers are welcome. You do not need to turn your experience into an inspiring story or disclose anything painful to be a valuable guest.</w:t>
      </w:r>
    </w:p>
    <w:p>
      <w:r>
        <w:t>If an answer is background only, write “Off air” beside it. You may also ask to pause or decline a question while we record.</w:t>
      </w:r>
    </w:p>
    <w:p>
      <w:r>
        <w:br w:type="page"/>
      </w:r>
    </w:p>
    <w:p>
      <w:pPr>
        <w:pStyle w:val="Heading1"/>
      </w:pPr>
      <w:r>
        <w:t>The person behind the work</w:t>
      </w:r>
    </w:p>
    <w:p>
      <w:pPr>
        <w:pStyle w:val="Heading2"/>
      </w:pPr>
      <w:r>
        <w:t>12. What is the best advice you have received and who gave it to you?</w:t>
      </w:r>
    </w:p>
    <w:p>
      <w:r>
        <w:rPr>
          <w:i/>
          <w:sz w:val="20"/>
        </w:rPr>
        <w:t>How has its meaning changed as you have grown?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pPr>
        <w:pStyle w:val="Heading2"/>
      </w:pPr>
      <w:r>
        <w:t>13. What question or challenge are you currently wrestling with?</w:t>
      </w:r>
    </w:p>
    <w:p>
      <w:r>
        <w:rPr>
          <w:i/>
          <w:sz w:val="20"/>
        </w:rPr>
        <w:t>It may concern identity, relationships, your work, or the next chapter of your life.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pPr>
        <w:pStyle w:val="Heading2"/>
      </w:pPr>
      <w:r>
        <w:t>14. Was there a moment when you almost gave up on something important?</w:t>
      </w:r>
    </w:p>
    <w:p>
      <w:r>
        <w:rPr>
          <w:i/>
          <w:sz w:val="20"/>
        </w:rPr>
        <w:t>What helped you continue, or decide to take a different path?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pPr>
        <w:pStyle w:val="Heading2"/>
      </w:pPr>
      <w:r>
        <w:t>15. What decision have you been circling without making it?</w:t>
      </w:r>
    </w:p>
    <w:p>
      <w:r>
        <w:rPr>
          <w:i/>
          <w:sz w:val="20"/>
        </w:rPr>
        <w:t>What makes that decision difficult?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pPr>
        <w:pStyle w:val="Heading2"/>
      </w:pPr>
      <w:r>
        <w:t>16. What risk frightened you but became a turning point?</w:t>
      </w:r>
    </w:p>
    <w:p>
      <w:r>
        <w:rPr>
          <w:i/>
          <w:sz w:val="20"/>
        </w:rPr>
        <w:t>What did it teach you, and what did it cost you?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pPr>
        <w:pStyle w:val="Heading2"/>
      </w:pPr>
      <w:r>
        <w:t>17. What recurring pattern are you learning to recognize in yourself?</w:t>
      </w:r>
    </w:p>
    <w:p>
      <w:r>
        <w:rPr>
          <w:i/>
          <w:sz w:val="20"/>
        </w:rPr>
        <w:t>How does it show up in your everyday life or work?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pPr>
        <w:pStyle w:val="Heading2"/>
      </w:pPr>
      <w:r>
        <w:t>18. What would you like to be remembered for beyond your work?</w:t>
      </w:r>
    </w:p>
    <w:p>
      <w:r>
        <w:rPr>
          <w:i/>
          <w:sz w:val="20"/>
        </w:rPr>
        <w:t>What do you hope people feel or learn through knowing you?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r>
        <w:br w:type="page"/>
      </w:r>
    </w:p>
    <w:p>
      <w:pPr>
        <w:pStyle w:val="Heading1"/>
      </w:pPr>
      <w:r>
        <w:t>Shaping our conversation</w:t>
      </w:r>
    </w:p>
    <w:p>
      <w:pPr>
        <w:pStyle w:val="Heading2"/>
      </w:pPr>
      <w:r>
        <w:t>19. What do you most want women listening to this episode to understand?</w:t>
      </w:r>
    </w:p>
    <w:p>
      <w:r>
        <w:rPr>
          <w:i/>
          <w:sz w:val="20"/>
        </w:rPr>
        <w:t>Consider a woman who is rebuilding, finding her voice, or wondering where to begin.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pPr>
        <w:pStyle w:val="Heading2"/>
      </w:pPr>
      <w:r>
        <w:t>20. Is there a question you would love me to ask?</w:t>
      </w:r>
    </w:p>
    <w:p>
      <w:r>
        <w:rPr>
          <w:i/>
          <w:sz w:val="20"/>
        </w:rPr>
        <w:t>You may suggest a story, idea, or practical exercise we have not covered.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pPr>
        <w:pStyle w:val="Heading1"/>
      </w:pPr>
      <w:r>
        <w:t>Recording and promotional preferences</w:t>
      </w:r>
    </w:p>
    <w:p>
      <w:r>
        <w:t>Please mark your preferences below. If anything needs discussion, we will clarify it before recording. These responses help us agree on expectations; they are not a substitute for any separate release we may agree to use.</w:t>
      </w:r>
    </w:p>
    <w:p>
      <w:pPr>
        <w:pStyle w:val="Heading2"/>
      </w:pPr>
      <w:r>
        <w:t>Recording and publication of the interview as a podcast episode</w:t>
      </w:r>
    </w:p>
    <w:p>
      <w:r>
        <w:t>[ ] I agree     [ ] Please discuss this with me first</w:t>
      </w:r>
    </w:p>
    <w:p>
      <w:pPr>
        <w:pStyle w:val="Heading2"/>
      </w:pPr>
      <w:r>
        <w:t>Use of excerpts from the interview for episode promotion</w:t>
      </w:r>
    </w:p>
    <w:p>
      <w:r>
        <w:t>[ ] I agree     [ ] Please discuss this with me first</w:t>
      </w:r>
    </w:p>
    <w:p>
      <w:pPr>
        <w:pStyle w:val="Heading2"/>
      </w:pPr>
      <w:r>
        <w:t>Use of your supplied headshot and biography for episode promotion</w:t>
      </w:r>
    </w:p>
    <w:p>
      <w:r>
        <w:t>[ ] I agree     [ ] Please discuss this with me first</w:t>
      </w:r>
    </w:p>
    <w:p>
      <w:pPr>
        <w:pStyle w:val="Heading2"/>
      </w:pPr>
      <w:r>
        <w:t>21. Are there any conditions or questions about recording editing or promotion?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r>
        <w:t>Name: __________________________________    Date: ______________________</w:t>
      </w:r>
    </w:p>
    <w:p>
      <w:pPr>
        <w:pStyle w:val="Heading1"/>
      </w:pPr>
      <w:r>
        <w:t>Thank you</w:t>
      </w:r>
    </w:p>
    <w:p>
      <w:r>
        <w:t>Thank you for taking the time to share this with me. I look forward to hearing your perspective and creating a conversation our listeners can connect with.</w:t>
      </w:r>
    </w:p>
    <w:p>
      <w:r>
        <w:t>Warmly,</w:t>
        <w:br/>
        <w:t>Juliana de Souza</w:t>
        <w:br/>
        <w:t>Host of Rise of the Queen Phoenix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8"/>
      </w:rPr>
      <w:t xml:space="preserve">Juliana de Souza  •  Podcast guest intake form   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8"/>
      </w:rPr>
      <w:t>RISE OF THE QUEEN PHOENIX  /  GUEST INTAKE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2" w:lineRule="auto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